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2BB702" w14:textId="17C8CDF8" w:rsidR="003C0955" w:rsidRPr="00765923" w:rsidRDefault="00322002" w:rsidP="003D48C0">
      <w:pPr>
        <w:jc w:val="right"/>
        <w:rPr>
          <w:lang w:val="ru-RU"/>
        </w:rPr>
      </w:pPr>
      <w:bookmarkStart w:id="0" w:name="_GoBack"/>
      <w:bookmarkEnd w:id="0"/>
      <w:r>
        <w:rPr>
          <w:lang w:val="ru-RU"/>
        </w:rPr>
        <w:t xml:space="preserve">Приложение </w:t>
      </w:r>
      <w:r w:rsidR="00FF3C69" w:rsidRPr="00765923">
        <w:rPr>
          <w:lang w:val="ru-RU"/>
        </w:rPr>
        <w:t>2</w:t>
      </w:r>
    </w:p>
    <w:p w14:paraId="163B2657" w14:textId="77777777" w:rsidR="00322002" w:rsidRPr="007B6513" w:rsidRDefault="00322002" w:rsidP="00322002">
      <w:pPr>
        <w:pStyle w:val="21"/>
        <w:spacing w:before="0"/>
        <w:rPr>
          <w:szCs w:val="28"/>
          <w:lang w:val="ru-RU"/>
        </w:rPr>
      </w:pPr>
      <w:r w:rsidRPr="007B6513">
        <w:rPr>
          <w:szCs w:val="28"/>
          <w:lang w:val="ru-RU"/>
        </w:rPr>
        <w:t>АНКЕТА-ЗАЯВКА</w:t>
      </w:r>
      <w:r>
        <w:rPr>
          <w:szCs w:val="28"/>
          <w:lang w:val="ru-RU"/>
        </w:rPr>
        <w:t xml:space="preserve"> ЗАОЧНОГО УЧАСТИЯ</w:t>
      </w:r>
    </w:p>
    <w:p w14:paraId="763A8DA0" w14:textId="77777777" w:rsidR="00322002" w:rsidRPr="003D48C0" w:rsidRDefault="00322002" w:rsidP="00322002">
      <w:pPr>
        <w:jc w:val="center"/>
        <w:rPr>
          <w:sz w:val="28"/>
          <w:szCs w:val="28"/>
          <w:lang w:val="ru-RU"/>
        </w:rPr>
      </w:pPr>
      <w:r w:rsidRPr="007B6513">
        <w:rPr>
          <w:sz w:val="28"/>
          <w:szCs w:val="28"/>
          <w:lang w:val="ru-RU"/>
        </w:rPr>
        <w:t>участника фестиваля-конкурса «Край талантов»</w:t>
      </w:r>
    </w:p>
    <w:tbl>
      <w:tblPr>
        <w:tblStyle w:val="aff0"/>
        <w:tblW w:w="9923" w:type="dxa"/>
        <w:tblInd w:w="-5" w:type="dxa"/>
        <w:tblLook w:val="04A0" w:firstRow="1" w:lastRow="0" w:firstColumn="1" w:lastColumn="0" w:noHBand="0" w:noVBand="1"/>
      </w:tblPr>
      <w:tblGrid>
        <w:gridCol w:w="5812"/>
        <w:gridCol w:w="4111"/>
      </w:tblGrid>
      <w:tr w:rsidR="00D679F7" w:rsidRPr="00785B5A" w14:paraId="03F58197" w14:textId="77777777" w:rsidTr="00216353">
        <w:tc>
          <w:tcPr>
            <w:tcW w:w="5812" w:type="dxa"/>
            <w:vAlign w:val="center"/>
          </w:tcPr>
          <w:p w14:paraId="408B0654" w14:textId="051C10D7" w:rsidR="00D679F7" w:rsidRPr="003C36D2" w:rsidRDefault="00D679F7" w:rsidP="00216353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Регион (область, край) </w:t>
            </w:r>
          </w:p>
        </w:tc>
        <w:tc>
          <w:tcPr>
            <w:tcW w:w="4111" w:type="dxa"/>
          </w:tcPr>
          <w:p w14:paraId="307E9A62" w14:textId="77777777" w:rsidR="00D679F7" w:rsidRPr="00C4180D" w:rsidRDefault="00D679F7" w:rsidP="00D679F7">
            <w:pPr>
              <w:rPr>
                <w:lang w:val="ru-RU"/>
              </w:rPr>
            </w:pPr>
          </w:p>
        </w:tc>
      </w:tr>
      <w:tr w:rsidR="003C36D2" w:rsidRPr="00C35932" w14:paraId="1B3746DC" w14:textId="77777777" w:rsidTr="00216353">
        <w:tc>
          <w:tcPr>
            <w:tcW w:w="5812" w:type="dxa"/>
            <w:vAlign w:val="center"/>
          </w:tcPr>
          <w:p w14:paraId="58D3039C" w14:textId="1B6A5291" w:rsidR="003C36D2" w:rsidRPr="00A16F43" w:rsidRDefault="003C36D2" w:rsidP="00216353">
            <w:pPr>
              <w:rPr>
                <w:color w:val="FF0000"/>
                <w:sz w:val="28"/>
                <w:szCs w:val="28"/>
                <w:lang w:val="ru-RU"/>
              </w:rPr>
            </w:pPr>
            <w:r w:rsidRPr="003C36D2">
              <w:rPr>
                <w:sz w:val="28"/>
                <w:szCs w:val="28"/>
                <w:lang w:val="ru-RU"/>
              </w:rPr>
              <w:t>Муниципальн</w:t>
            </w:r>
            <w:r w:rsidR="004D184A">
              <w:rPr>
                <w:sz w:val="28"/>
                <w:szCs w:val="28"/>
                <w:lang w:val="ru-RU"/>
              </w:rPr>
              <w:t>ое</w:t>
            </w:r>
            <w:r w:rsidRPr="003C36D2">
              <w:rPr>
                <w:sz w:val="28"/>
                <w:szCs w:val="28"/>
                <w:lang w:val="ru-RU"/>
              </w:rPr>
              <w:t xml:space="preserve"> образование (городской округ, район), населенный пункт</w:t>
            </w:r>
          </w:p>
        </w:tc>
        <w:tc>
          <w:tcPr>
            <w:tcW w:w="4111" w:type="dxa"/>
          </w:tcPr>
          <w:p w14:paraId="323E4DB1" w14:textId="40AE5E26" w:rsidR="003C36D2" w:rsidRPr="00C4180D" w:rsidRDefault="003C36D2" w:rsidP="003C36D2">
            <w:pPr>
              <w:rPr>
                <w:lang w:val="ru-RU"/>
              </w:rPr>
            </w:pPr>
          </w:p>
        </w:tc>
      </w:tr>
      <w:tr w:rsidR="003C36D2" w:rsidRPr="00C35932" w14:paraId="62944B0D" w14:textId="77777777" w:rsidTr="00216353">
        <w:tc>
          <w:tcPr>
            <w:tcW w:w="5812" w:type="dxa"/>
            <w:vAlign w:val="center"/>
          </w:tcPr>
          <w:p w14:paraId="32A62B4E" w14:textId="0EA146F7" w:rsidR="003C36D2" w:rsidRPr="00A16F43" w:rsidRDefault="00D679F7" w:rsidP="00216353">
            <w:pPr>
              <w:rPr>
                <w:color w:val="FF0000"/>
                <w:sz w:val="28"/>
                <w:szCs w:val="28"/>
                <w:lang w:val="ru-RU"/>
              </w:rPr>
            </w:pPr>
            <w:r w:rsidRPr="008912A5">
              <w:rPr>
                <w:b/>
                <w:sz w:val="28"/>
                <w:szCs w:val="28"/>
                <w:lang w:val="ru-RU"/>
              </w:rPr>
              <w:t>Полное</w:t>
            </w:r>
            <w:r>
              <w:rPr>
                <w:sz w:val="28"/>
                <w:szCs w:val="28"/>
                <w:lang w:val="ru-RU"/>
              </w:rPr>
              <w:t xml:space="preserve"> ФИО участника</w:t>
            </w:r>
            <w:r w:rsidR="003C36D2" w:rsidRPr="003C36D2">
              <w:rPr>
                <w:sz w:val="28"/>
                <w:szCs w:val="28"/>
                <w:lang w:val="ru-RU"/>
              </w:rPr>
              <w:t>/</w:t>
            </w:r>
            <w:r>
              <w:rPr>
                <w:sz w:val="28"/>
                <w:szCs w:val="28"/>
                <w:lang w:val="ru-RU"/>
              </w:rPr>
              <w:t>полное</w:t>
            </w:r>
            <w:r w:rsidR="003C36D2" w:rsidRPr="003C36D2">
              <w:rPr>
                <w:sz w:val="28"/>
                <w:szCs w:val="28"/>
                <w:lang w:val="ru-RU"/>
              </w:rPr>
              <w:t xml:space="preserve"> </w:t>
            </w:r>
            <w:r w:rsidR="003C36D2">
              <w:rPr>
                <w:sz w:val="28"/>
                <w:szCs w:val="28"/>
                <w:lang w:val="ru-RU"/>
              </w:rPr>
              <w:t>название коллектива</w:t>
            </w:r>
          </w:p>
        </w:tc>
        <w:tc>
          <w:tcPr>
            <w:tcW w:w="4111" w:type="dxa"/>
          </w:tcPr>
          <w:p w14:paraId="2BD830D2" w14:textId="77777777" w:rsidR="003C36D2" w:rsidRPr="00322002" w:rsidRDefault="003C36D2" w:rsidP="003C36D2">
            <w:pPr>
              <w:rPr>
                <w:lang w:val="ru-RU"/>
              </w:rPr>
            </w:pPr>
          </w:p>
          <w:p w14:paraId="1FD5A7D5" w14:textId="77777777" w:rsidR="003C36D2" w:rsidRPr="00322002" w:rsidRDefault="003C36D2" w:rsidP="003C36D2">
            <w:pPr>
              <w:rPr>
                <w:lang w:val="ru-RU"/>
              </w:rPr>
            </w:pPr>
          </w:p>
        </w:tc>
      </w:tr>
      <w:tr w:rsidR="003C36D2" w:rsidRPr="00C35932" w14:paraId="7254DD1E" w14:textId="77777777" w:rsidTr="00216353">
        <w:tc>
          <w:tcPr>
            <w:tcW w:w="5812" w:type="dxa"/>
            <w:vAlign w:val="center"/>
          </w:tcPr>
          <w:p w14:paraId="2B85DF90" w14:textId="13BA7066" w:rsidR="003C36D2" w:rsidRPr="00A16F43" w:rsidRDefault="003C36D2" w:rsidP="00216353">
            <w:pPr>
              <w:rPr>
                <w:color w:val="FF0000"/>
                <w:sz w:val="28"/>
                <w:szCs w:val="28"/>
                <w:lang w:val="ru-RU"/>
              </w:rPr>
            </w:pPr>
            <w:r w:rsidRPr="008912A5">
              <w:rPr>
                <w:b/>
                <w:sz w:val="28"/>
                <w:szCs w:val="28"/>
                <w:lang w:val="ru-RU"/>
              </w:rPr>
              <w:t>Полное</w:t>
            </w:r>
            <w:r w:rsidR="00D679F7">
              <w:rPr>
                <w:sz w:val="28"/>
                <w:szCs w:val="28"/>
                <w:lang w:val="ru-RU"/>
              </w:rPr>
              <w:t xml:space="preserve"> и </w:t>
            </w:r>
            <w:r w:rsidR="00F201DB">
              <w:rPr>
                <w:sz w:val="28"/>
                <w:szCs w:val="28"/>
                <w:lang w:val="ru-RU"/>
              </w:rPr>
              <w:t>сокращенное</w:t>
            </w:r>
            <w:r>
              <w:rPr>
                <w:sz w:val="28"/>
                <w:szCs w:val="28"/>
                <w:lang w:val="ru-RU"/>
              </w:rPr>
              <w:t xml:space="preserve"> наименование учреждения</w:t>
            </w:r>
          </w:p>
        </w:tc>
        <w:tc>
          <w:tcPr>
            <w:tcW w:w="4111" w:type="dxa"/>
          </w:tcPr>
          <w:p w14:paraId="49DE5AF9" w14:textId="77777777" w:rsidR="003C36D2" w:rsidRPr="00322002" w:rsidRDefault="003C36D2" w:rsidP="003C36D2">
            <w:pPr>
              <w:rPr>
                <w:lang w:val="ru-RU"/>
              </w:rPr>
            </w:pPr>
          </w:p>
        </w:tc>
      </w:tr>
      <w:tr w:rsidR="00322002" w:rsidRPr="00765923" w14:paraId="600C0D57" w14:textId="77777777" w:rsidTr="00216353">
        <w:tc>
          <w:tcPr>
            <w:tcW w:w="5812" w:type="dxa"/>
            <w:vAlign w:val="center"/>
          </w:tcPr>
          <w:p w14:paraId="7C94D712" w14:textId="1D44C72D" w:rsidR="00322002" w:rsidRDefault="00F24F81" w:rsidP="00216353">
            <w:pPr>
              <w:rPr>
                <w:sz w:val="28"/>
                <w:szCs w:val="28"/>
                <w:lang w:val="ru-RU"/>
              </w:rPr>
            </w:pPr>
            <w:r w:rsidRPr="008912A5">
              <w:rPr>
                <w:b/>
                <w:sz w:val="28"/>
                <w:szCs w:val="28"/>
                <w:lang w:val="ru-RU"/>
              </w:rPr>
              <w:t>Полное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8912A5">
              <w:rPr>
                <w:sz w:val="28"/>
                <w:szCs w:val="28"/>
                <w:lang w:val="ru-RU"/>
              </w:rPr>
              <w:t>ФИО руководителя</w:t>
            </w:r>
          </w:p>
        </w:tc>
        <w:tc>
          <w:tcPr>
            <w:tcW w:w="4111" w:type="dxa"/>
          </w:tcPr>
          <w:p w14:paraId="750BC832" w14:textId="77777777" w:rsidR="00322002" w:rsidRPr="00F55A20" w:rsidRDefault="00322002" w:rsidP="00A11B2F">
            <w:pPr>
              <w:rPr>
                <w:lang w:val="ru-RU"/>
              </w:rPr>
            </w:pPr>
          </w:p>
        </w:tc>
      </w:tr>
      <w:tr w:rsidR="00322002" w:rsidRPr="00765923" w14:paraId="5C93319A" w14:textId="77777777" w:rsidTr="00216353">
        <w:tc>
          <w:tcPr>
            <w:tcW w:w="5812" w:type="dxa"/>
            <w:vAlign w:val="center"/>
          </w:tcPr>
          <w:p w14:paraId="4968A117" w14:textId="26512045" w:rsidR="00322002" w:rsidRPr="00500B9E" w:rsidRDefault="00322002" w:rsidP="00216353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Название работы</w:t>
            </w:r>
          </w:p>
        </w:tc>
        <w:tc>
          <w:tcPr>
            <w:tcW w:w="4111" w:type="dxa"/>
          </w:tcPr>
          <w:p w14:paraId="4DF8CB11" w14:textId="77777777" w:rsidR="00322002" w:rsidRPr="00F55A20" w:rsidRDefault="00322002" w:rsidP="00A11B2F">
            <w:pPr>
              <w:rPr>
                <w:lang w:val="ru-RU"/>
              </w:rPr>
            </w:pPr>
          </w:p>
        </w:tc>
      </w:tr>
      <w:tr w:rsidR="00322002" w:rsidRPr="00C35932" w14:paraId="74F9DF74" w14:textId="77777777" w:rsidTr="00216353">
        <w:tc>
          <w:tcPr>
            <w:tcW w:w="5812" w:type="dxa"/>
            <w:vAlign w:val="center"/>
          </w:tcPr>
          <w:p w14:paraId="15E2C667" w14:textId="77777777" w:rsidR="00322002" w:rsidRDefault="00322002" w:rsidP="00216353">
            <w:pPr>
              <w:rPr>
                <w:sz w:val="28"/>
                <w:szCs w:val="28"/>
                <w:lang w:val="ru-RU"/>
              </w:rPr>
            </w:pPr>
            <w:r w:rsidRPr="003B2F49">
              <w:rPr>
                <w:sz w:val="28"/>
                <w:szCs w:val="28"/>
                <w:lang w:val="ru-RU"/>
              </w:rPr>
              <w:t>Номинация</w:t>
            </w:r>
          </w:p>
          <w:p w14:paraId="37E20EA6" w14:textId="48EFC506" w:rsidR="00322002" w:rsidRPr="003B2F49" w:rsidRDefault="00322002" w:rsidP="00216353">
            <w:pPr>
              <w:rPr>
                <w:sz w:val="28"/>
                <w:szCs w:val="28"/>
                <w:lang w:val="ru-RU"/>
              </w:rPr>
            </w:pPr>
            <w:r w:rsidRPr="003B2F49">
              <w:rPr>
                <w:i/>
                <w:sz w:val="28"/>
                <w:szCs w:val="28"/>
                <w:lang w:val="ru-RU"/>
              </w:rPr>
              <w:t>(например, работа с бисером, графика и т.д.)</w:t>
            </w:r>
          </w:p>
        </w:tc>
        <w:tc>
          <w:tcPr>
            <w:tcW w:w="4111" w:type="dxa"/>
          </w:tcPr>
          <w:p w14:paraId="7658B6BD" w14:textId="77777777" w:rsidR="00322002" w:rsidRPr="003B2F49" w:rsidRDefault="00322002" w:rsidP="00A11B2F">
            <w:pPr>
              <w:rPr>
                <w:lang w:val="ru-RU"/>
              </w:rPr>
            </w:pPr>
          </w:p>
          <w:p w14:paraId="446778F4" w14:textId="77777777" w:rsidR="00322002" w:rsidRPr="003B2F49" w:rsidRDefault="00322002" w:rsidP="00A11B2F">
            <w:pPr>
              <w:rPr>
                <w:lang w:val="ru-RU"/>
              </w:rPr>
            </w:pPr>
          </w:p>
          <w:p w14:paraId="50981210" w14:textId="77777777" w:rsidR="00322002" w:rsidRPr="003B2F49" w:rsidRDefault="00322002" w:rsidP="00A11B2F">
            <w:pPr>
              <w:rPr>
                <w:lang w:val="ru-RU"/>
              </w:rPr>
            </w:pPr>
          </w:p>
        </w:tc>
      </w:tr>
      <w:tr w:rsidR="00322002" w:rsidRPr="00C35932" w14:paraId="47DF5B4E" w14:textId="77777777" w:rsidTr="00216353">
        <w:tc>
          <w:tcPr>
            <w:tcW w:w="5812" w:type="dxa"/>
            <w:vAlign w:val="center"/>
          </w:tcPr>
          <w:p w14:paraId="30FE57B5" w14:textId="77777777" w:rsidR="00322002" w:rsidRDefault="00322002" w:rsidP="00216353">
            <w:pPr>
              <w:rPr>
                <w:sz w:val="28"/>
                <w:szCs w:val="28"/>
                <w:lang w:val="ru-RU"/>
              </w:rPr>
            </w:pPr>
            <w:r w:rsidRPr="003B2F49">
              <w:rPr>
                <w:sz w:val="28"/>
                <w:szCs w:val="28"/>
                <w:lang w:val="ru-RU"/>
              </w:rPr>
              <w:t xml:space="preserve">Возрастная категория </w:t>
            </w:r>
          </w:p>
          <w:p w14:paraId="28778A41" w14:textId="77777777" w:rsidR="00322002" w:rsidRPr="00FC643D" w:rsidRDefault="00322002" w:rsidP="00216353">
            <w:pPr>
              <w:rPr>
                <w:sz w:val="28"/>
                <w:szCs w:val="28"/>
                <w:lang w:val="ru-RU"/>
              </w:rPr>
            </w:pPr>
            <w:r w:rsidRPr="003B2F49">
              <w:rPr>
                <w:i/>
                <w:sz w:val="28"/>
                <w:szCs w:val="28"/>
                <w:lang w:val="ru-RU"/>
              </w:rPr>
              <w:t>(например, до 5 лет, 5-7 лет и т.д.)</w:t>
            </w:r>
          </w:p>
        </w:tc>
        <w:tc>
          <w:tcPr>
            <w:tcW w:w="4111" w:type="dxa"/>
          </w:tcPr>
          <w:p w14:paraId="0CFFAEBE" w14:textId="77777777" w:rsidR="00322002" w:rsidRPr="00FC643D" w:rsidRDefault="00322002" w:rsidP="00A11B2F">
            <w:pPr>
              <w:rPr>
                <w:lang w:val="ru-RU"/>
              </w:rPr>
            </w:pPr>
          </w:p>
        </w:tc>
      </w:tr>
      <w:tr w:rsidR="00322002" w:rsidRPr="003B2F49" w14:paraId="356014A3" w14:textId="77777777" w:rsidTr="00216353">
        <w:tc>
          <w:tcPr>
            <w:tcW w:w="5812" w:type="dxa"/>
            <w:vAlign w:val="center"/>
          </w:tcPr>
          <w:p w14:paraId="5EBEA696" w14:textId="77777777" w:rsidR="00322002" w:rsidRPr="003B2F49" w:rsidRDefault="00322002" w:rsidP="00216353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Самодеятельные/профессионалы</w:t>
            </w:r>
          </w:p>
        </w:tc>
        <w:tc>
          <w:tcPr>
            <w:tcW w:w="4111" w:type="dxa"/>
          </w:tcPr>
          <w:p w14:paraId="5309ADDF" w14:textId="77777777" w:rsidR="00322002" w:rsidRPr="00FC643D" w:rsidRDefault="00322002" w:rsidP="00A11B2F">
            <w:pPr>
              <w:rPr>
                <w:lang w:val="ru-RU"/>
              </w:rPr>
            </w:pPr>
          </w:p>
        </w:tc>
      </w:tr>
      <w:tr w:rsidR="00322002" w:rsidRPr="00C35932" w14:paraId="153255D2" w14:textId="77777777" w:rsidTr="00216353">
        <w:tc>
          <w:tcPr>
            <w:tcW w:w="5812" w:type="dxa"/>
            <w:vAlign w:val="center"/>
          </w:tcPr>
          <w:p w14:paraId="5D17DFBE" w14:textId="77777777" w:rsidR="00322002" w:rsidRDefault="00322002" w:rsidP="00216353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Контактный телефон, эл. почта </w:t>
            </w:r>
          </w:p>
          <w:p w14:paraId="77EF75C7" w14:textId="3C19FC75" w:rsidR="00322002" w:rsidRPr="00D679F7" w:rsidRDefault="00322002" w:rsidP="00216353">
            <w:pPr>
              <w:rPr>
                <w:b/>
                <w:sz w:val="28"/>
                <w:szCs w:val="28"/>
                <w:lang w:val="ru-RU"/>
              </w:rPr>
            </w:pPr>
            <w:r w:rsidRPr="00D679F7">
              <w:rPr>
                <w:b/>
                <w:i/>
                <w:iCs/>
                <w:sz w:val="28"/>
                <w:szCs w:val="28"/>
                <w:lang w:val="ru-RU"/>
              </w:rPr>
              <w:t>(</w:t>
            </w:r>
            <w:r w:rsidR="00D679F7" w:rsidRPr="00D679F7">
              <w:rPr>
                <w:b/>
                <w:i/>
                <w:iCs/>
                <w:sz w:val="28"/>
                <w:szCs w:val="28"/>
                <w:lang w:val="ru-RU"/>
              </w:rPr>
              <w:t xml:space="preserve">! </w:t>
            </w:r>
            <w:r w:rsidRPr="00D679F7">
              <w:rPr>
                <w:b/>
                <w:i/>
                <w:iCs/>
                <w:sz w:val="28"/>
                <w:szCs w:val="28"/>
                <w:lang w:val="ru-RU"/>
              </w:rPr>
              <w:t>обязательно к заполнению)</w:t>
            </w:r>
          </w:p>
        </w:tc>
        <w:tc>
          <w:tcPr>
            <w:tcW w:w="4111" w:type="dxa"/>
          </w:tcPr>
          <w:p w14:paraId="388659DD" w14:textId="77777777" w:rsidR="00322002" w:rsidRPr="00500B9E" w:rsidRDefault="00322002" w:rsidP="00A11B2F">
            <w:pPr>
              <w:rPr>
                <w:lang w:val="ru-RU"/>
              </w:rPr>
            </w:pPr>
          </w:p>
        </w:tc>
      </w:tr>
      <w:tr w:rsidR="00322002" w:rsidRPr="00C35932" w14:paraId="6DF86618" w14:textId="77777777" w:rsidTr="00F415BA">
        <w:tc>
          <w:tcPr>
            <w:tcW w:w="9923" w:type="dxa"/>
            <w:gridSpan w:val="2"/>
          </w:tcPr>
          <w:p w14:paraId="47A72CC7" w14:textId="77777777" w:rsidR="00322002" w:rsidRDefault="00322002" w:rsidP="00A11B2F">
            <w:pPr>
              <w:jc w:val="center"/>
              <w:rPr>
                <w:b/>
                <w:lang w:val="ru-RU"/>
              </w:rPr>
            </w:pPr>
            <w:r w:rsidRPr="007B6513">
              <w:rPr>
                <w:b/>
                <w:lang w:val="ru-RU"/>
              </w:rPr>
              <w:t xml:space="preserve">Внимание! </w:t>
            </w:r>
          </w:p>
          <w:p w14:paraId="736DA249" w14:textId="77777777" w:rsidR="00322002" w:rsidRPr="007B6513" w:rsidRDefault="00322002" w:rsidP="00A11B2F">
            <w:pPr>
              <w:jc w:val="center"/>
              <w:rPr>
                <w:b/>
                <w:lang w:val="ru-RU"/>
              </w:rPr>
            </w:pPr>
            <w:r w:rsidRPr="007B6513">
              <w:rPr>
                <w:b/>
                <w:lang w:val="ru-RU"/>
              </w:rPr>
              <w:t>Все пункты заполняются полностью и разборчиво. Каждая заявка заполняется на одну заявленную работу.  Ваша информация будет заносит</w:t>
            </w:r>
            <w:r>
              <w:rPr>
                <w:b/>
                <w:lang w:val="ru-RU"/>
              </w:rPr>
              <w:t>ься в диплом</w:t>
            </w:r>
            <w:r w:rsidRPr="007B6513">
              <w:rPr>
                <w:b/>
                <w:lang w:val="ru-RU"/>
              </w:rPr>
              <w:t xml:space="preserve"> согласно заполненной заявки без дополнительного уточнения.  </w:t>
            </w:r>
          </w:p>
          <w:p w14:paraId="4FF7BC1C" w14:textId="2F38D1E6" w:rsidR="00322002" w:rsidRPr="00500B9E" w:rsidRDefault="00322002" w:rsidP="00A11B2F">
            <w:pPr>
              <w:jc w:val="center"/>
              <w:rPr>
                <w:lang w:val="ru-RU"/>
              </w:rPr>
            </w:pPr>
            <w:r w:rsidRPr="007B6513">
              <w:rPr>
                <w:b/>
                <w:lang w:val="ru-RU"/>
              </w:rPr>
              <w:tab/>
              <w:t xml:space="preserve">Ваша заявка считается полученной в том случае, если Вы получили </w:t>
            </w:r>
            <w:r>
              <w:rPr>
                <w:b/>
                <w:lang w:val="ru-RU"/>
              </w:rPr>
              <w:t>письмо-</w:t>
            </w:r>
            <w:r w:rsidR="00D679F7">
              <w:rPr>
                <w:b/>
                <w:lang w:val="ru-RU"/>
              </w:rPr>
              <w:t>подтверждение и номер заявки.</w:t>
            </w:r>
          </w:p>
        </w:tc>
      </w:tr>
    </w:tbl>
    <w:p w14:paraId="3F537422" w14:textId="77777777" w:rsidR="00322002" w:rsidRDefault="00322002" w:rsidP="007B13A4">
      <w:pPr>
        <w:jc w:val="center"/>
        <w:rPr>
          <w:sz w:val="28"/>
          <w:szCs w:val="28"/>
          <w:lang w:val="ru-RU"/>
        </w:rPr>
      </w:pPr>
    </w:p>
    <w:p w14:paraId="22073BCA" w14:textId="77777777" w:rsidR="00322002" w:rsidRDefault="00322002" w:rsidP="007B13A4">
      <w:pPr>
        <w:jc w:val="center"/>
        <w:rPr>
          <w:sz w:val="28"/>
          <w:szCs w:val="28"/>
          <w:lang w:val="ru-RU"/>
        </w:rPr>
      </w:pPr>
    </w:p>
    <w:p w14:paraId="285B14AE" w14:textId="77777777" w:rsidR="00322002" w:rsidRDefault="00322002" w:rsidP="007B13A4">
      <w:pPr>
        <w:jc w:val="center"/>
        <w:rPr>
          <w:sz w:val="28"/>
          <w:szCs w:val="28"/>
          <w:lang w:val="ru-RU"/>
        </w:rPr>
      </w:pPr>
    </w:p>
    <w:p w14:paraId="49351015" w14:textId="77777777" w:rsidR="00322002" w:rsidRDefault="00322002" w:rsidP="007B13A4">
      <w:pPr>
        <w:jc w:val="center"/>
        <w:rPr>
          <w:sz w:val="28"/>
          <w:szCs w:val="28"/>
          <w:lang w:val="ru-RU"/>
        </w:rPr>
      </w:pPr>
    </w:p>
    <w:p w14:paraId="13B6CA4D" w14:textId="77777777" w:rsidR="00322002" w:rsidRDefault="00322002" w:rsidP="007B13A4">
      <w:pPr>
        <w:jc w:val="center"/>
        <w:rPr>
          <w:sz w:val="28"/>
          <w:szCs w:val="28"/>
          <w:lang w:val="ru-RU"/>
        </w:rPr>
      </w:pPr>
    </w:p>
    <w:p w14:paraId="1A9FAF20" w14:textId="77777777" w:rsidR="003371DA" w:rsidRDefault="003371DA" w:rsidP="00D679F7">
      <w:pPr>
        <w:rPr>
          <w:sz w:val="28"/>
          <w:szCs w:val="28"/>
          <w:lang w:val="ru-RU"/>
        </w:rPr>
      </w:pPr>
    </w:p>
    <w:p w14:paraId="7E4C5FD0" w14:textId="77777777" w:rsidR="00D679F7" w:rsidRDefault="00D679F7" w:rsidP="00D679F7">
      <w:pPr>
        <w:rPr>
          <w:sz w:val="28"/>
          <w:szCs w:val="28"/>
          <w:lang w:val="ru-RU"/>
        </w:rPr>
      </w:pPr>
    </w:p>
    <w:p w14:paraId="42A27BCC" w14:textId="77777777" w:rsidR="003C36D2" w:rsidRDefault="003C36D2" w:rsidP="007B13A4">
      <w:pPr>
        <w:jc w:val="center"/>
        <w:rPr>
          <w:sz w:val="28"/>
          <w:szCs w:val="28"/>
          <w:lang w:val="ru-RU"/>
        </w:rPr>
      </w:pPr>
    </w:p>
    <w:p w14:paraId="0A8D8250" w14:textId="77777777" w:rsidR="00322002" w:rsidRPr="00322002" w:rsidRDefault="00322002" w:rsidP="00322002">
      <w:pPr>
        <w:rPr>
          <w:szCs w:val="24"/>
          <w:lang w:val="ru-RU"/>
        </w:rPr>
      </w:pPr>
    </w:p>
    <w:p w14:paraId="71CCE6F0" w14:textId="1FA1C195" w:rsidR="00322002" w:rsidRPr="00322002" w:rsidRDefault="00322002" w:rsidP="00322002">
      <w:pPr>
        <w:jc w:val="right"/>
        <w:rPr>
          <w:szCs w:val="24"/>
          <w:lang w:val="ru-RU"/>
        </w:rPr>
      </w:pPr>
      <w:r w:rsidRPr="00322002">
        <w:rPr>
          <w:szCs w:val="24"/>
          <w:lang w:val="ru-RU"/>
        </w:rPr>
        <w:lastRenderedPageBreak/>
        <w:t>Приложение 3</w:t>
      </w:r>
    </w:p>
    <w:p w14:paraId="3496BDFE" w14:textId="57C79F2B" w:rsidR="007B13A4" w:rsidRPr="003B0124" w:rsidRDefault="007B13A4" w:rsidP="003B0124">
      <w:pPr>
        <w:pStyle w:val="21"/>
        <w:spacing w:line="240" w:lineRule="auto"/>
        <w:rPr>
          <w:lang w:val="ru-RU"/>
        </w:rPr>
      </w:pPr>
      <w:r w:rsidRPr="003B0124">
        <w:rPr>
          <w:lang w:val="ru-RU"/>
        </w:rPr>
        <w:t>ЗАЯВКА НА ДОПОЛНИТЕЛЬНЫЕ НАГРАДЫ</w:t>
      </w:r>
      <w:r w:rsidR="003B0124" w:rsidRPr="003B0124">
        <w:rPr>
          <w:lang w:val="ru-RU"/>
        </w:rPr>
        <w:t xml:space="preserve"> </w:t>
      </w:r>
    </w:p>
    <w:p w14:paraId="4D552DB7" w14:textId="5C5B3349" w:rsidR="003B0124" w:rsidRPr="003B0124" w:rsidRDefault="003B0124" w:rsidP="003B0124">
      <w:pPr>
        <w:spacing w:line="240" w:lineRule="auto"/>
        <w:jc w:val="center"/>
        <w:rPr>
          <w:sz w:val="28"/>
          <w:szCs w:val="28"/>
          <w:lang w:val="ru-RU"/>
        </w:rPr>
      </w:pPr>
      <w:r w:rsidRPr="003B0124">
        <w:rPr>
          <w:sz w:val="28"/>
          <w:szCs w:val="28"/>
          <w:lang w:val="ru-RU"/>
        </w:rPr>
        <w:t>прилагается дополнительно к анкете-заявке участника (при необходимости)</w:t>
      </w:r>
    </w:p>
    <w:p w14:paraId="1FDC8BFB" w14:textId="48F2F662" w:rsidR="007B13A4" w:rsidRPr="007B13A4" w:rsidRDefault="007B13A4" w:rsidP="00C84B17">
      <w:pPr>
        <w:spacing w:after="0" w:line="360" w:lineRule="auto"/>
        <w:jc w:val="both"/>
        <w:rPr>
          <w:sz w:val="28"/>
          <w:szCs w:val="28"/>
          <w:lang w:val="ru-RU"/>
        </w:rPr>
      </w:pPr>
      <w:r w:rsidRPr="007B13A4">
        <w:rPr>
          <w:sz w:val="28"/>
          <w:szCs w:val="28"/>
          <w:lang w:val="ru-RU"/>
        </w:rPr>
        <w:t>Полное название коллектива ______________</w:t>
      </w:r>
    </w:p>
    <w:p w14:paraId="5942B6E2" w14:textId="1290D348" w:rsidR="007B13A4" w:rsidRDefault="00F24F81" w:rsidP="00C84B17">
      <w:pPr>
        <w:spacing w:after="0"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ФИО </w:t>
      </w:r>
      <w:r w:rsidR="007B13A4" w:rsidRPr="007B13A4">
        <w:rPr>
          <w:sz w:val="28"/>
          <w:szCs w:val="28"/>
          <w:lang w:val="ru-RU"/>
        </w:rPr>
        <w:t>Руководител</w:t>
      </w:r>
      <w:r>
        <w:rPr>
          <w:sz w:val="28"/>
          <w:szCs w:val="28"/>
          <w:lang w:val="ru-RU"/>
        </w:rPr>
        <w:t xml:space="preserve">я </w:t>
      </w:r>
      <w:r w:rsidR="007B13A4" w:rsidRPr="007B13A4">
        <w:rPr>
          <w:sz w:val="28"/>
          <w:szCs w:val="28"/>
          <w:lang w:val="ru-RU"/>
        </w:rPr>
        <w:t>_____________________</w:t>
      </w:r>
    </w:p>
    <w:p w14:paraId="005B258D" w14:textId="7A50840C" w:rsidR="00322002" w:rsidRDefault="00C84B17" w:rsidP="00C84B17">
      <w:pPr>
        <w:spacing w:after="0"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Контактный телефон: +7</w:t>
      </w:r>
    </w:p>
    <w:p w14:paraId="47AAB0E1" w14:textId="77777777" w:rsidR="00C84B17" w:rsidRPr="007B13A4" w:rsidRDefault="00C84B17" w:rsidP="00322002">
      <w:pPr>
        <w:spacing w:after="0"/>
        <w:jc w:val="both"/>
        <w:rPr>
          <w:sz w:val="28"/>
          <w:szCs w:val="28"/>
          <w:lang w:val="ru-RU"/>
        </w:rPr>
      </w:pPr>
    </w:p>
    <w:tbl>
      <w:tblPr>
        <w:tblStyle w:val="aff0"/>
        <w:tblW w:w="9634" w:type="dxa"/>
        <w:tblLook w:val="04A0" w:firstRow="1" w:lastRow="0" w:firstColumn="1" w:lastColumn="0" w:noHBand="0" w:noVBand="1"/>
      </w:tblPr>
      <w:tblGrid>
        <w:gridCol w:w="456"/>
        <w:gridCol w:w="9178"/>
      </w:tblGrid>
      <w:tr w:rsidR="00322002" w14:paraId="247083C5" w14:textId="25D93C36" w:rsidTr="00322002">
        <w:tc>
          <w:tcPr>
            <w:tcW w:w="456" w:type="dxa"/>
          </w:tcPr>
          <w:p w14:paraId="105C7208" w14:textId="43BC44CD" w:rsidR="00322002" w:rsidRDefault="00322002">
            <w:pPr>
              <w:rPr>
                <w:lang w:val="ru-RU"/>
              </w:rPr>
            </w:pPr>
            <w:r>
              <w:rPr>
                <w:lang w:val="ru-RU"/>
              </w:rPr>
              <w:t>№</w:t>
            </w:r>
          </w:p>
        </w:tc>
        <w:tc>
          <w:tcPr>
            <w:tcW w:w="9178" w:type="dxa"/>
          </w:tcPr>
          <w:p w14:paraId="458F45AB" w14:textId="34E7B5ED" w:rsidR="00322002" w:rsidRDefault="00322002" w:rsidP="007B13A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ФИО участника</w:t>
            </w:r>
          </w:p>
        </w:tc>
      </w:tr>
      <w:tr w:rsidR="00322002" w14:paraId="4D140EF0" w14:textId="3307F254" w:rsidTr="00322002">
        <w:tc>
          <w:tcPr>
            <w:tcW w:w="456" w:type="dxa"/>
          </w:tcPr>
          <w:p w14:paraId="0B7BDD75" w14:textId="6048586F" w:rsidR="00322002" w:rsidRDefault="00322002" w:rsidP="007B13A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178" w:type="dxa"/>
          </w:tcPr>
          <w:p w14:paraId="29EB9085" w14:textId="77777777" w:rsidR="00322002" w:rsidRDefault="00322002">
            <w:pPr>
              <w:rPr>
                <w:lang w:val="ru-RU"/>
              </w:rPr>
            </w:pPr>
          </w:p>
        </w:tc>
      </w:tr>
      <w:tr w:rsidR="00322002" w14:paraId="3DBE6B71" w14:textId="623DAD29" w:rsidTr="00322002">
        <w:tc>
          <w:tcPr>
            <w:tcW w:w="456" w:type="dxa"/>
          </w:tcPr>
          <w:p w14:paraId="158DF81D" w14:textId="52758180" w:rsidR="00322002" w:rsidRDefault="00322002" w:rsidP="007B13A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9178" w:type="dxa"/>
          </w:tcPr>
          <w:p w14:paraId="02742BBC" w14:textId="77777777" w:rsidR="00322002" w:rsidRDefault="00322002">
            <w:pPr>
              <w:rPr>
                <w:lang w:val="ru-RU"/>
              </w:rPr>
            </w:pPr>
          </w:p>
        </w:tc>
      </w:tr>
      <w:tr w:rsidR="00322002" w14:paraId="53AC0973" w14:textId="36FA18DB" w:rsidTr="00322002">
        <w:tc>
          <w:tcPr>
            <w:tcW w:w="456" w:type="dxa"/>
          </w:tcPr>
          <w:p w14:paraId="4D2CA4F8" w14:textId="00F5E9EA" w:rsidR="00322002" w:rsidRDefault="00322002" w:rsidP="007B13A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9178" w:type="dxa"/>
          </w:tcPr>
          <w:p w14:paraId="44C1A38C" w14:textId="77777777" w:rsidR="00322002" w:rsidRDefault="00322002">
            <w:pPr>
              <w:rPr>
                <w:lang w:val="ru-RU"/>
              </w:rPr>
            </w:pPr>
          </w:p>
        </w:tc>
      </w:tr>
      <w:tr w:rsidR="00322002" w14:paraId="0744E804" w14:textId="5F9FAC14" w:rsidTr="00322002">
        <w:tc>
          <w:tcPr>
            <w:tcW w:w="456" w:type="dxa"/>
          </w:tcPr>
          <w:p w14:paraId="09F36795" w14:textId="751B6463" w:rsidR="00322002" w:rsidRDefault="00322002" w:rsidP="007B13A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9178" w:type="dxa"/>
          </w:tcPr>
          <w:p w14:paraId="59D97AB2" w14:textId="77777777" w:rsidR="00322002" w:rsidRDefault="00322002">
            <w:pPr>
              <w:rPr>
                <w:lang w:val="ru-RU"/>
              </w:rPr>
            </w:pPr>
          </w:p>
        </w:tc>
      </w:tr>
      <w:tr w:rsidR="00322002" w14:paraId="6CB21817" w14:textId="5818EFC6" w:rsidTr="00322002">
        <w:tc>
          <w:tcPr>
            <w:tcW w:w="456" w:type="dxa"/>
          </w:tcPr>
          <w:p w14:paraId="7985A3C3" w14:textId="36E71484" w:rsidR="00322002" w:rsidRDefault="00322002" w:rsidP="007B13A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9178" w:type="dxa"/>
          </w:tcPr>
          <w:p w14:paraId="16E86687" w14:textId="77777777" w:rsidR="00322002" w:rsidRDefault="00322002">
            <w:pPr>
              <w:rPr>
                <w:lang w:val="ru-RU"/>
              </w:rPr>
            </w:pPr>
          </w:p>
        </w:tc>
      </w:tr>
      <w:tr w:rsidR="00322002" w14:paraId="1E471C8F" w14:textId="6F458F53" w:rsidTr="00322002">
        <w:tc>
          <w:tcPr>
            <w:tcW w:w="456" w:type="dxa"/>
          </w:tcPr>
          <w:p w14:paraId="07531C66" w14:textId="5A0AD635" w:rsidR="00322002" w:rsidRDefault="00322002" w:rsidP="007B13A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9178" w:type="dxa"/>
          </w:tcPr>
          <w:p w14:paraId="1A753A37" w14:textId="77777777" w:rsidR="00322002" w:rsidRDefault="00322002">
            <w:pPr>
              <w:rPr>
                <w:lang w:val="ru-RU"/>
              </w:rPr>
            </w:pPr>
          </w:p>
        </w:tc>
      </w:tr>
      <w:tr w:rsidR="00322002" w14:paraId="0E8FA8D1" w14:textId="57164B2C" w:rsidTr="00322002">
        <w:tc>
          <w:tcPr>
            <w:tcW w:w="456" w:type="dxa"/>
          </w:tcPr>
          <w:p w14:paraId="291F65DA" w14:textId="6CC88951" w:rsidR="00322002" w:rsidRDefault="00322002" w:rsidP="007B13A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9178" w:type="dxa"/>
          </w:tcPr>
          <w:p w14:paraId="3493361C" w14:textId="77777777" w:rsidR="00322002" w:rsidRPr="007B13A4" w:rsidRDefault="00322002">
            <w:pPr>
              <w:rPr>
                <w:lang w:val="ru-RU"/>
              </w:rPr>
            </w:pPr>
          </w:p>
        </w:tc>
      </w:tr>
      <w:tr w:rsidR="00322002" w14:paraId="36471E20" w14:textId="77777777" w:rsidTr="00322002">
        <w:tc>
          <w:tcPr>
            <w:tcW w:w="456" w:type="dxa"/>
          </w:tcPr>
          <w:p w14:paraId="105DD34B" w14:textId="615B8DEF" w:rsidR="00322002" w:rsidRDefault="00322002" w:rsidP="007B13A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9178" w:type="dxa"/>
          </w:tcPr>
          <w:p w14:paraId="7A7F9924" w14:textId="77777777" w:rsidR="00322002" w:rsidRPr="007B13A4" w:rsidRDefault="00322002">
            <w:pPr>
              <w:rPr>
                <w:lang w:val="ru-RU"/>
              </w:rPr>
            </w:pPr>
          </w:p>
        </w:tc>
      </w:tr>
      <w:tr w:rsidR="00322002" w14:paraId="114DF1D6" w14:textId="77777777" w:rsidTr="00322002">
        <w:tc>
          <w:tcPr>
            <w:tcW w:w="456" w:type="dxa"/>
          </w:tcPr>
          <w:p w14:paraId="1E49CF1B" w14:textId="764358F5" w:rsidR="00322002" w:rsidRDefault="00322002" w:rsidP="007B13A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9178" w:type="dxa"/>
          </w:tcPr>
          <w:p w14:paraId="109AF5F6" w14:textId="77777777" w:rsidR="00322002" w:rsidRPr="007B13A4" w:rsidRDefault="00322002">
            <w:pPr>
              <w:rPr>
                <w:lang w:val="ru-RU"/>
              </w:rPr>
            </w:pPr>
          </w:p>
        </w:tc>
      </w:tr>
      <w:tr w:rsidR="00322002" w14:paraId="4B57FF14" w14:textId="77777777" w:rsidTr="00322002">
        <w:tc>
          <w:tcPr>
            <w:tcW w:w="456" w:type="dxa"/>
          </w:tcPr>
          <w:p w14:paraId="3AEAADA0" w14:textId="2B7C9CCF" w:rsidR="00322002" w:rsidRDefault="00322002" w:rsidP="007B13A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9178" w:type="dxa"/>
          </w:tcPr>
          <w:p w14:paraId="5813B86D" w14:textId="77777777" w:rsidR="00322002" w:rsidRPr="007B13A4" w:rsidRDefault="00322002">
            <w:pPr>
              <w:rPr>
                <w:lang w:val="ru-RU"/>
              </w:rPr>
            </w:pPr>
          </w:p>
        </w:tc>
      </w:tr>
    </w:tbl>
    <w:p w14:paraId="2C60938F" w14:textId="19A45058" w:rsidR="006C6865" w:rsidRPr="001C3A81" w:rsidRDefault="006C6865" w:rsidP="004B06A7">
      <w:pPr>
        <w:rPr>
          <w:lang w:val="ru-RU"/>
        </w:rPr>
      </w:pPr>
    </w:p>
    <w:sectPr w:rsidR="006C6865" w:rsidRPr="001C3A81" w:rsidSect="003C36D2">
      <w:pgSz w:w="12240" w:h="15840"/>
      <w:pgMar w:top="1134" w:right="1134" w:bottom="851" w:left="1134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FBDEA8" w14:textId="77777777" w:rsidR="00F767D7" w:rsidRDefault="00F767D7" w:rsidP="00803CE5">
      <w:pPr>
        <w:spacing w:after="0" w:line="240" w:lineRule="auto"/>
      </w:pPr>
      <w:r>
        <w:separator/>
      </w:r>
    </w:p>
  </w:endnote>
  <w:endnote w:type="continuationSeparator" w:id="0">
    <w:p w14:paraId="0462288A" w14:textId="77777777" w:rsidR="00F767D7" w:rsidRDefault="00F767D7" w:rsidP="00803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3CD298" w14:textId="77777777" w:rsidR="00F767D7" w:rsidRDefault="00F767D7" w:rsidP="00803CE5">
      <w:pPr>
        <w:spacing w:after="0" w:line="240" w:lineRule="auto"/>
      </w:pPr>
      <w:r>
        <w:separator/>
      </w:r>
    </w:p>
  </w:footnote>
  <w:footnote w:type="continuationSeparator" w:id="0">
    <w:p w14:paraId="30AE393B" w14:textId="77777777" w:rsidR="00F767D7" w:rsidRDefault="00F767D7" w:rsidP="00803C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2B62A65"/>
    <w:multiLevelType w:val="hybridMultilevel"/>
    <w:tmpl w:val="218ECA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FE52E4"/>
    <w:multiLevelType w:val="hybridMultilevel"/>
    <w:tmpl w:val="66F2B5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051135"/>
    <w:multiLevelType w:val="hybridMultilevel"/>
    <w:tmpl w:val="8CFAC2CC"/>
    <w:lvl w:ilvl="0" w:tplc="93A838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1D51AA"/>
    <w:multiLevelType w:val="hybridMultilevel"/>
    <w:tmpl w:val="457899E6"/>
    <w:lvl w:ilvl="0" w:tplc="93A8389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BC87A56"/>
    <w:multiLevelType w:val="hybridMultilevel"/>
    <w:tmpl w:val="D6F652F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F007728"/>
    <w:multiLevelType w:val="hybridMultilevel"/>
    <w:tmpl w:val="EA1859F6"/>
    <w:lvl w:ilvl="0" w:tplc="93A838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F8473D"/>
    <w:multiLevelType w:val="hybridMultilevel"/>
    <w:tmpl w:val="4F886CA6"/>
    <w:lvl w:ilvl="0" w:tplc="93A838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B12F73"/>
    <w:multiLevelType w:val="hybridMultilevel"/>
    <w:tmpl w:val="97E21E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9E044F"/>
    <w:multiLevelType w:val="hybridMultilevel"/>
    <w:tmpl w:val="47E2FC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C8702D"/>
    <w:multiLevelType w:val="hybridMultilevel"/>
    <w:tmpl w:val="803AB8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5F0914"/>
    <w:multiLevelType w:val="hybridMultilevel"/>
    <w:tmpl w:val="6C86B3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221EBC"/>
    <w:multiLevelType w:val="hybridMultilevel"/>
    <w:tmpl w:val="8326BA86"/>
    <w:lvl w:ilvl="0" w:tplc="93A8389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B3F3A83"/>
    <w:multiLevelType w:val="hybridMultilevel"/>
    <w:tmpl w:val="D218620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B6E6192"/>
    <w:multiLevelType w:val="hybridMultilevel"/>
    <w:tmpl w:val="F416948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5315A7C"/>
    <w:multiLevelType w:val="hybridMultilevel"/>
    <w:tmpl w:val="3AB835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0F1F43"/>
    <w:multiLevelType w:val="hybridMultilevel"/>
    <w:tmpl w:val="1C9839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8C44F2E"/>
    <w:multiLevelType w:val="hybridMultilevel"/>
    <w:tmpl w:val="9708AF70"/>
    <w:lvl w:ilvl="0" w:tplc="93A838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C42850"/>
    <w:multiLevelType w:val="hybridMultilevel"/>
    <w:tmpl w:val="9D1A8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9544F8"/>
    <w:multiLevelType w:val="hybridMultilevel"/>
    <w:tmpl w:val="1CBCAD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531171"/>
    <w:multiLevelType w:val="hybridMultilevel"/>
    <w:tmpl w:val="48F2FD9E"/>
    <w:lvl w:ilvl="0" w:tplc="93A838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10"/>
  </w:num>
  <w:num w:numId="8">
    <w:abstractNumId w:val="23"/>
  </w:num>
  <w:num w:numId="9">
    <w:abstractNumId w:val="14"/>
  </w:num>
  <w:num w:numId="10">
    <w:abstractNumId w:val="15"/>
  </w:num>
  <w:num w:numId="11">
    <w:abstractNumId w:val="21"/>
  </w:num>
  <w:num w:numId="12">
    <w:abstractNumId w:val="7"/>
  </w:num>
  <w:num w:numId="13">
    <w:abstractNumId w:val="18"/>
  </w:num>
  <w:num w:numId="14">
    <w:abstractNumId w:val="19"/>
  </w:num>
  <w:num w:numId="15">
    <w:abstractNumId w:val="20"/>
  </w:num>
  <w:num w:numId="16">
    <w:abstractNumId w:val="13"/>
  </w:num>
  <w:num w:numId="17">
    <w:abstractNumId w:val="11"/>
  </w:num>
  <w:num w:numId="18">
    <w:abstractNumId w:val="22"/>
  </w:num>
  <w:num w:numId="19">
    <w:abstractNumId w:val="12"/>
  </w:num>
  <w:num w:numId="20">
    <w:abstractNumId w:val="17"/>
  </w:num>
  <w:num w:numId="21">
    <w:abstractNumId w:val="9"/>
  </w:num>
  <w:num w:numId="22">
    <w:abstractNumId w:val="8"/>
  </w:num>
  <w:num w:numId="23">
    <w:abstractNumId w:val="25"/>
  </w:num>
  <w:num w:numId="24">
    <w:abstractNumId w:val="24"/>
  </w:num>
  <w:num w:numId="25">
    <w:abstractNumId w:val="6"/>
  </w:num>
  <w:num w:numId="26">
    <w:abstractNumId w:val="1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061C4"/>
    <w:rsid w:val="000078AA"/>
    <w:rsid w:val="00034616"/>
    <w:rsid w:val="000545E2"/>
    <w:rsid w:val="0006063C"/>
    <w:rsid w:val="000A7599"/>
    <w:rsid w:val="000B24F5"/>
    <w:rsid w:val="000B3393"/>
    <w:rsid w:val="000B418B"/>
    <w:rsid w:val="000C2CA6"/>
    <w:rsid w:val="000D39AD"/>
    <w:rsid w:val="000E3DE3"/>
    <w:rsid w:val="0010339F"/>
    <w:rsid w:val="00112177"/>
    <w:rsid w:val="001142DE"/>
    <w:rsid w:val="0012547C"/>
    <w:rsid w:val="001351FD"/>
    <w:rsid w:val="0015074B"/>
    <w:rsid w:val="00152572"/>
    <w:rsid w:val="00153632"/>
    <w:rsid w:val="0015630B"/>
    <w:rsid w:val="00184DAD"/>
    <w:rsid w:val="001A4BA7"/>
    <w:rsid w:val="001B39AB"/>
    <w:rsid w:val="001C3A81"/>
    <w:rsid w:val="001D2FDC"/>
    <w:rsid w:val="001D3D4D"/>
    <w:rsid w:val="001D4AF1"/>
    <w:rsid w:val="001D74AC"/>
    <w:rsid w:val="00201CC2"/>
    <w:rsid w:val="00216353"/>
    <w:rsid w:val="00226215"/>
    <w:rsid w:val="002430BC"/>
    <w:rsid w:val="002668B5"/>
    <w:rsid w:val="00277B8D"/>
    <w:rsid w:val="0029639D"/>
    <w:rsid w:val="00296635"/>
    <w:rsid w:val="002977BE"/>
    <w:rsid w:val="002B18DD"/>
    <w:rsid w:val="002C01E3"/>
    <w:rsid w:val="003055F8"/>
    <w:rsid w:val="00310593"/>
    <w:rsid w:val="00322002"/>
    <w:rsid w:val="00326F90"/>
    <w:rsid w:val="003371DA"/>
    <w:rsid w:val="00337DA1"/>
    <w:rsid w:val="0035203E"/>
    <w:rsid w:val="00365CB3"/>
    <w:rsid w:val="0038538D"/>
    <w:rsid w:val="003B0124"/>
    <w:rsid w:val="003B2F49"/>
    <w:rsid w:val="003C0955"/>
    <w:rsid w:val="003C36D2"/>
    <w:rsid w:val="003D40E9"/>
    <w:rsid w:val="003D48C0"/>
    <w:rsid w:val="003E779C"/>
    <w:rsid w:val="0040623F"/>
    <w:rsid w:val="004076AC"/>
    <w:rsid w:val="0042558E"/>
    <w:rsid w:val="00436C39"/>
    <w:rsid w:val="0044636A"/>
    <w:rsid w:val="004519E1"/>
    <w:rsid w:val="00451D9A"/>
    <w:rsid w:val="00463418"/>
    <w:rsid w:val="004A35DF"/>
    <w:rsid w:val="004A369E"/>
    <w:rsid w:val="004B06A7"/>
    <w:rsid w:val="004B4281"/>
    <w:rsid w:val="004C7830"/>
    <w:rsid w:val="004C7A22"/>
    <w:rsid w:val="004D184A"/>
    <w:rsid w:val="004E2EF2"/>
    <w:rsid w:val="004F30D3"/>
    <w:rsid w:val="00500B9E"/>
    <w:rsid w:val="0054151F"/>
    <w:rsid w:val="005419B4"/>
    <w:rsid w:val="005432A0"/>
    <w:rsid w:val="00544A47"/>
    <w:rsid w:val="0055577C"/>
    <w:rsid w:val="0058521F"/>
    <w:rsid w:val="0059110E"/>
    <w:rsid w:val="005F3C7A"/>
    <w:rsid w:val="00610193"/>
    <w:rsid w:val="0061068E"/>
    <w:rsid w:val="00610A78"/>
    <w:rsid w:val="00616196"/>
    <w:rsid w:val="0061698D"/>
    <w:rsid w:val="00627AA9"/>
    <w:rsid w:val="00651563"/>
    <w:rsid w:val="006610F3"/>
    <w:rsid w:val="00671562"/>
    <w:rsid w:val="00691F66"/>
    <w:rsid w:val="00696755"/>
    <w:rsid w:val="006B7877"/>
    <w:rsid w:val="006C4C9E"/>
    <w:rsid w:val="006C56A3"/>
    <w:rsid w:val="006C6865"/>
    <w:rsid w:val="006D441B"/>
    <w:rsid w:val="006D5F2D"/>
    <w:rsid w:val="006F7CF2"/>
    <w:rsid w:val="00711C0B"/>
    <w:rsid w:val="00721B2F"/>
    <w:rsid w:val="00730EF6"/>
    <w:rsid w:val="00740A43"/>
    <w:rsid w:val="00747C0F"/>
    <w:rsid w:val="00752810"/>
    <w:rsid w:val="00764B21"/>
    <w:rsid w:val="00765923"/>
    <w:rsid w:val="0077172B"/>
    <w:rsid w:val="00785B5A"/>
    <w:rsid w:val="007A3D0E"/>
    <w:rsid w:val="007B13A4"/>
    <w:rsid w:val="007B6513"/>
    <w:rsid w:val="007B7F7E"/>
    <w:rsid w:val="007D32CE"/>
    <w:rsid w:val="007D5678"/>
    <w:rsid w:val="008005F2"/>
    <w:rsid w:val="00801A22"/>
    <w:rsid w:val="00801FB5"/>
    <w:rsid w:val="00803CE5"/>
    <w:rsid w:val="008041B2"/>
    <w:rsid w:val="00806345"/>
    <w:rsid w:val="00841941"/>
    <w:rsid w:val="008427A0"/>
    <w:rsid w:val="00843706"/>
    <w:rsid w:val="008443B9"/>
    <w:rsid w:val="00851D17"/>
    <w:rsid w:val="00887EE8"/>
    <w:rsid w:val="008912A5"/>
    <w:rsid w:val="008913BE"/>
    <w:rsid w:val="008A2B88"/>
    <w:rsid w:val="008B09DF"/>
    <w:rsid w:val="008C583E"/>
    <w:rsid w:val="008E1A95"/>
    <w:rsid w:val="008E6F84"/>
    <w:rsid w:val="008F182F"/>
    <w:rsid w:val="00902AC3"/>
    <w:rsid w:val="00912514"/>
    <w:rsid w:val="00924A06"/>
    <w:rsid w:val="0093024C"/>
    <w:rsid w:val="00943B57"/>
    <w:rsid w:val="0094696A"/>
    <w:rsid w:val="00947908"/>
    <w:rsid w:val="00952640"/>
    <w:rsid w:val="00971F6D"/>
    <w:rsid w:val="00987240"/>
    <w:rsid w:val="00990858"/>
    <w:rsid w:val="009B4AD0"/>
    <w:rsid w:val="009C035C"/>
    <w:rsid w:val="009C4E46"/>
    <w:rsid w:val="009C6589"/>
    <w:rsid w:val="009C74EB"/>
    <w:rsid w:val="009D3315"/>
    <w:rsid w:val="009E2D32"/>
    <w:rsid w:val="009F0968"/>
    <w:rsid w:val="00A11B2F"/>
    <w:rsid w:val="00A15AFF"/>
    <w:rsid w:val="00A16F43"/>
    <w:rsid w:val="00A2694D"/>
    <w:rsid w:val="00A27AD1"/>
    <w:rsid w:val="00A41AB1"/>
    <w:rsid w:val="00A77E66"/>
    <w:rsid w:val="00A82796"/>
    <w:rsid w:val="00A8296D"/>
    <w:rsid w:val="00A82BED"/>
    <w:rsid w:val="00AA1D8D"/>
    <w:rsid w:val="00AE2849"/>
    <w:rsid w:val="00B1328D"/>
    <w:rsid w:val="00B41C66"/>
    <w:rsid w:val="00B47730"/>
    <w:rsid w:val="00B5746C"/>
    <w:rsid w:val="00B7735A"/>
    <w:rsid w:val="00BA1BE1"/>
    <w:rsid w:val="00BB0C29"/>
    <w:rsid w:val="00BD05AF"/>
    <w:rsid w:val="00BD5E51"/>
    <w:rsid w:val="00BF2B36"/>
    <w:rsid w:val="00BF6755"/>
    <w:rsid w:val="00C07651"/>
    <w:rsid w:val="00C12BBD"/>
    <w:rsid w:val="00C25C8B"/>
    <w:rsid w:val="00C35932"/>
    <w:rsid w:val="00C40226"/>
    <w:rsid w:val="00C4180D"/>
    <w:rsid w:val="00C51457"/>
    <w:rsid w:val="00C574E7"/>
    <w:rsid w:val="00C84B17"/>
    <w:rsid w:val="00C86DBA"/>
    <w:rsid w:val="00CA3221"/>
    <w:rsid w:val="00CA323D"/>
    <w:rsid w:val="00CB0664"/>
    <w:rsid w:val="00CD086C"/>
    <w:rsid w:val="00CD14BB"/>
    <w:rsid w:val="00CD44D9"/>
    <w:rsid w:val="00CD50CA"/>
    <w:rsid w:val="00CD5F7A"/>
    <w:rsid w:val="00CF59A3"/>
    <w:rsid w:val="00D052C2"/>
    <w:rsid w:val="00D13F4E"/>
    <w:rsid w:val="00D216A6"/>
    <w:rsid w:val="00D51143"/>
    <w:rsid w:val="00D64F95"/>
    <w:rsid w:val="00D679F7"/>
    <w:rsid w:val="00D711C5"/>
    <w:rsid w:val="00D84CB2"/>
    <w:rsid w:val="00D9306E"/>
    <w:rsid w:val="00D94ABB"/>
    <w:rsid w:val="00DB7054"/>
    <w:rsid w:val="00DD05D9"/>
    <w:rsid w:val="00DE3D14"/>
    <w:rsid w:val="00DE4748"/>
    <w:rsid w:val="00DE53AF"/>
    <w:rsid w:val="00E002F1"/>
    <w:rsid w:val="00E04B50"/>
    <w:rsid w:val="00E0776F"/>
    <w:rsid w:val="00E14CB2"/>
    <w:rsid w:val="00E23C61"/>
    <w:rsid w:val="00E41AF9"/>
    <w:rsid w:val="00E4258D"/>
    <w:rsid w:val="00E454E6"/>
    <w:rsid w:val="00E562F6"/>
    <w:rsid w:val="00E711A9"/>
    <w:rsid w:val="00E748F4"/>
    <w:rsid w:val="00E76D93"/>
    <w:rsid w:val="00E94ACC"/>
    <w:rsid w:val="00E9799C"/>
    <w:rsid w:val="00EA756D"/>
    <w:rsid w:val="00EC5BFF"/>
    <w:rsid w:val="00F201DB"/>
    <w:rsid w:val="00F22EDC"/>
    <w:rsid w:val="00F24F81"/>
    <w:rsid w:val="00F415BA"/>
    <w:rsid w:val="00F43DBA"/>
    <w:rsid w:val="00F55A20"/>
    <w:rsid w:val="00F767D7"/>
    <w:rsid w:val="00F80CC1"/>
    <w:rsid w:val="00F81953"/>
    <w:rsid w:val="00F84B2A"/>
    <w:rsid w:val="00FA16A7"/>
    <w:rsid w:val="00FB3870"/>
    <w:rsid w:val="00FC643D"/>
    <w:rsid w:val="00FC693F"/>
    <w:rsid w:val="00FE1137"/>
    <w:rsid w:val="00FE5EDA"/>
    <w:rsid w:val="00FF2C33"/>
    <w:rsid w:val="00FF3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948E862"/>
  <w14:defaultImageDpi w14:val="300"/>
  <w15:docId w15:val="{3D9E84AD-9F6C-4D1B-9D28-FE6778B31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322002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E002F1"/>
    <w:pPr>
      <w:keepNext/>
      <w:keepLines/>
      <w:spacing w:before="200" w:after="0"/>
      <w:jc w:val="center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C25C8B"/>
    <w:pPr>
      <w:keepNext/>
      <w:keepLines/>
      <w:spacing w:before="200" w:after="0"/>
      <w:outlineLvl w:val="2"/>
    </w:pPr>
    <w:rPr>
      <w:rFonts w:eastAsiaTheme="majorEastAsia" w:cstheme="majorBidi"/>
      <w:b/>
      <w:bCs/>
      <w:sz w:val="28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E002F1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32">
    <w:name w:val="Заголовок 3 Знак"/>
    <w:basedOn w:val="a2"/>
    <w:link w:val="31"/>
    <w:uiPriority w:val="9"/>
    <w:rsid w:val="00C25C8B"/>
    <w:rPr>
      <w:rFonts w:ascii="Times New Roman" w:eastAsiaTheme="majorEastAsia" w:hAnsi="Times New Roman" w:cstheme="majorBidi"/>
      <w:b/>
      <w:bCs/>
      <w:sz w:val="28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4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5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unhideWhenUsed/>
    <w:rsid w:val="00E14CB2"/>
    <w:pPr>
      <w:spacing w:before="100" w:beforeAutospacing="1" w:after="100" w:afterAutospacing="1" w:line="240" w:lineRule="auto"/>
      <w:ind w:firstLine="709"/>
    </w:pPr>
    <w:rPr>
      <w:rFonts w:eastAsia="Times New Roman" w:cs="Times New Roman"/>
      <w:szCs w:val="24"/>
      <w:lang w:val="ru-RU" w:eastAsia="ru-RU"/>
    </w:rPr>
  </w:style>
  <w:style w:type="character" w:styleId="aff9">
    <w:name w:val="Hyperlink"/>
    <w:basedOn w:val="a2"/>
    <w:uiPriority w:val="99"/>
    <w:unhideWhenUsed/>
    <w:rsid w:val="00E711A9"/>
    <w:rPr>
      <w:color w:val="0000FF" w:themeColor="hyperlink"/>
      <w:u w:val="single"/>
    </w:rPr>
  </w:style>
  <w:style w:type="character" w:customStyle="1" w:styleId="14">
    <w:name w:val="Неразрешенное упоминание1"/>
    <w:basedOn w:val="a2"/>
    <w:uiPriority w:val="99"/>
    <w:semiHidden/>
    <w:unhideWhenUsed/>
    <w:rsid w:val="00E711A9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2"/>
    <w:rsid w:val="00E711A9"/>
  </w:style>
  <w:style w:type="character" w:customStyle="1" w:styleId="docdata">
    <w:name w:val="docdata"/>
    <w:aliases w:val="docy,v5,2587,bqiaagaaeyqcaaagiaiaaaoccqaabzajaaaaaaaaaaaaaaaaaaaaaaaaaaaaaaaaaaaaaaaaaaaaaaaaaaaaaaaaaaaaaaaaaaaaaaaaaaaaaaaaaaaaaaaaaaaaaaaaaaaaaaaaaaaaaaaaaaaaaaaaaaaaaaaaaaaaaaaaaaaaaaaaaaaaaaaaaaaaaaaaaaaaaaaaaaaaaaaaaaaaaaaaaaaaaaaaaaaaaaaa"/>
    <w:basedOn w:val="a2"/>
    <w:rsid w:val="00711C0B"/>
  </w:style>
  <w:style w:type="character" w:customStyle="1" w:styleId="2c">
    <w:name w:val="Неразрешенное упоминание2"/>
    <w:basedOn w:val="a2"/>
    <w:uiPriority w:val="99"/>
    <w:semiHidden/>
    <w:unhideWhenUsed/>
    <w:rsid w:val="009F0968"/>
    <w:rPr>
      <w:color w:val="605E5C"/>
      <w:shd w:val="clear" w:color="auto" w:fill="E1DFDD"/>
    </w:rPr>
  </w:style>
  <w:style w:type="character" w:styleId="affa">
    <w:name w:val="annotation reference"/>
    <w:basedOn w:val="a2"/>
    <w:uiPriority w:val="99"/>
    <w:semiHidden/>
    <w:unhideWhenUsed/>
    <w:rsid w:val="008C583E"/>
    <w:rPr>
      <w:sz w:val="16"/>
      <w:szCs w:val="16"/>
    </w:rPr>
  </w:style>
  <w:style w:type="paragraph" w:styleId="affb">
    <w:name w:val="annotation text"/>
    <w:basedOn w:val="a1"/>
    <w:link w:val="affc"/>
    <w:uiPriority w:val="99"/>
    <w:semiHidden/>
    <w:unhideWhenUsed/>
    <w:rsid w:val="008C583E"/>
    <w:pPr>
      <w:spacing w:line="240" w:lineRule="auto"/>
    </w:pPr>
    <w:rPr>
      <w:sz w:val="20"/>
      <w:szCs w:val="20"/>
    </w:rPr>
  </w:style>
  <w:style w:type="character" w:customStyle="1" w:styleId="affc">
    <w:name w:val="Текст примечания Знак"/>
    <w:basedOn w:val="a2"/>
    <w:link w:val="affb"/>
    <w:uiPriority w:val="99"/>
    <w:semiHidden/>
    <w:rsid w:val="008C583E"/>
    <w:rPr>
      <w:rFonts w:ascii="Times New Roman" w:hAnsi="Times New Roman"/>
      <w:sz w:val="20"/>
      <w:szCs w:val="20"/>
    </w:rPr>
  </w:style>
  <w:style w:type="paragraph" w:styleId="affd">
    <w:name w:val="annotation subject"/>
    <w:basedOn w:val="affb"/>
    <w:next w:val="affb"/>
    <w:link w:val="affe"/>
    <w:uiPriority w:val="99"/>
    <w:semiHidden/>
    <w:unhideWhenUsed/>
    <w:rsid w:val="008C583E"/>
    <w:rPr>
      <w:b/>
      <w:bCs/>
    </w:rPr>
  </w:style>
  <w:style w:type="character" w:customStyle="1" w:styleId="affe">
    <w:name w:val="Тема примечания Знак"/>
    <w:basedOn w:val="affc"/>
    <w:link w:val="affd"/>
    <w:uiPriority w:val="99"/>
    <w:semiHidden/>
    <w:rsid w:val="008C583E"/>
    <w:rPr>
      <w:rFonts w:ascii="Times New Roman" w:hAnsi="Times New Roman"/>
      <w:b/>
      <w:bCs/>
      <w:sz w:val="20"/>
      <w:szCs w:val="20"/>
    </w:rPr>
  </w:style>
  <w:style w:type="paragraph" w:styleId="afff">
    <w:name w:val="Balloon Text"/>
    <w:basedOn w:val="a1"/>
    <w:link w:val="afff0"/>
    <w:uiPriority w:val="99"/>
    <w:semiHidden/>
    <w:unhideWhenUsed/>
    <w:rsid w:val="008C58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f0">
    <w:name w:val="Текст выноски Знак"/>
    <w:basedOn w:val="a2"/>
    <w:link w:val="afff"/>
    <w:uiPriority w:val="99"/>
    <w:semiHidden/>
    <w:rsid w:val="008C58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0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8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63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49E750A-8310-417E-917D-F6174CAAA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171</Words>
  <Characters>980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Программист</cp:lastModifiedBy>
  <cp:revision>2</cp:revision>
  <cp:lastPrinted>2026-06-15T23:14:00Z</cp:lastPrinted>
  <dcterms:created xsi:type="dcterms:W3CDTF">2026-10-16T06:08:00Z</dcterms:created>
  <dcterms:modified xsi:type="dcterms:W3CDTF">2026-10-16T06:08:00Z</dcterms:modified>
  <cp:category/>
</cp:coreProperties>
</file>